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555"/>
        <w:gridCol w:w="5329"/>
      </w:tblGrid>
      <w:tr>
        <w:tc>
          <w:tcPr>
            <w:tcW w:type="dxa" w:w="555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Noto Sans JP"/>
                <w:b/>
                <w:color w:val="000000"/>
                <w:sz w:val="30"/>
              </w:rPr>
              <w:t>目標達成シート</w:t>
            </w:r>
          </w:p>
        </w:tc>
        <w:tc>
          <w:tcPr>
            <w:tcW w:type="dxa" w:w="532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Noto Sans JP"/>
                <w:b w:val="0"/>
                <w:color w:val="000000"/>
                <w:sz w:val="19"/>
              </w:rPr>
              <w:t>所属＿＿＿＿＿＿＿＿　　氏名＿＿＿＿＿＿＿＿</w:t>
            </w:r>
          </w:p>
        </w:tc>
      </w:tr>
    </w:tbl>
    <w:p>
      <w:pPr>
        <w:spacing w:before="60" w:after="40" w:line="240" w:lineRule="auto"/>
        <w:keepNext/>
      </w:pPr>
      <w:r>
        <w:rPr>
          <w:rFonts w:ascii="Arial" w:hAnsi="Arial" w:eastAsia="Noto Sans JP"/>
          <w:b/>
          <w:color w:val="000000"/>
          <w:sz w:val="21"/>
        </w:rPr>
        <w:t>A　目的（ビジョン）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86"/>
      </w:tblGrid>
      <w:tr>
        <w:trPr>
          <w:trHeight w:val="680" w:hRule="atLeast"/>
        </w:trPr>
        <w:tc>
          <w:tcPr>
            <w:tcW w:type="dxa" w:w="108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60" w:after="40" w:line="240" w:lineRule="auto"/>
        <w:keepNext/>
      </w:pPr>
      <w:r>
        <w:rPr>
          <w:rFonts w:ascii="Arial" w:hAnsi="Arial" w:eastAsia="Noto Sans JP"/>
          <w:b/>
          <w:color w:val="000000"/>
          <w:sz w:val="21"/>
        </w:rPr>
        <w:t>B　目標（ゴール）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86"/>
        <w:gridCol w:w="3798"/>
      </w:tblGrid>
      <w:tr>
        <w:trPr>
          <w:trHeight w:val="680" w:hRule="atLeast"/>
        </w:trPr>
        <w:tc>
          <w:tcPr>
            <w:tcW w:type="dxa" w:w="70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79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知の成果物</w:t>
            </w:r>
          </w:p>
        </w:tc>
      </w:tr>
    </w:tbl>
    <w:p>
      <w:pPr>
        <w:spacing w:before="60" w:after="40" w:line="240" w:lineRule="auto"/>
        <w:keepNext/>
      </w:pPr>
      <w:r>
        <w:rPr>
          <w:rFonts w:ascii="Arial" w:hAnsi="Arial" w:eastAsia="Noto Sans JP"/>
          <w:b/>
          <w:color w:val="000000"/>
          <w:sz w:val="21"/>
        </w:rPr>
        <w:t>C　目標達成のための具体的な戦略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4081"/>
        <w:gridCol w:w="3288"/>
        <w:gridCol w:w="2494"/>
      </w:tblGrid>
      <w:tr>
        <w:trPr>
          <w:trHeight w:val="397" w:hRule="atLeast"/>
          <w:tblHeader w:val="true"/>
        </w:trPr>
        <w:tc>
          <w:tcPr>
            <w:tcW w:type="dxa" w:w="1020"/>
            <w:shd w:fill="E8EEF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7"/>
              </w:rPr>
            </w:r>
          </w:p>
        </w:tc>
        <w:tc>
          <w:tcPr>
            <w:tcW w:type="dxa" w:w="4081"/>
            <w:shd w:fill="E8EEF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7"/>
              </w:rPr>
              <w:t>実行すること</w:t>
            </w:r>
          </w:p>
        </w:tc>
        <w:tc>
          <w:tcPr>
            <w:tcW w:type="dxa" w:w="3288"/>
            <w:shd w:fill="E8EEF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7"/>
              </w:rPr>
              <w:t>自己評価と目標達成度</w:t>
            </w:r>
          </w:p>
        </w:tc>
        <w:tc>
          <w:tcPr>
            <w:tcW w:type="dxa" w:w="2494"/>
            <w:shd w:fill="E8EEF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7"/>
              </w:rPr>
              <w:t>アドバイス</w:t>
            </w: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4月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5月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6月</w:t>
            </w:r>
          </w:p>
        </w:tc>
        <w:tc>
          <w:tcPr>
            <w:tcW w:type="dxa" w:w="4081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6"/>
              </w:rPr>
              <w:t>0　 ├──┼──┤　100</w:t>
            </w:r>
          </w:p>
        </w:tc>
        <w:tc>
          <w:tcPr>
            <w:tcW w:type="dxa" w:w="2494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7月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8月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9月</w:t>
            </w:r>
          </w:p>
        </w:tc>
        <w:tc>
          <w:tcPr>
            <w:tcW w:type="dxa" w:w="4081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6"/>
              </w:rPr>
              <w:t>0　 ├──┼──┤　100</w:t>
            </w:r>
          </w:p>
        </w:tc>
        <w:tc>
          <w:tcPr>
            <w:tcW w:type="dxa" w:w="2494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10月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11月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12月</w:t>
            </w:r>
          </w:p>
        </w:tc>
        <w:tc>
          <w:tcPr>
            <w:tcW w:type="dxa" w:w="4081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6"/>
              </w:rPr>
              <w:t>0　 ├──┼──┤　100</w:t>
            </w:r>
          </w:p>
        </w:tc>
        <w:tc>
          <w:tcPr>
            <w:tcW w:type="dxa" w:w="2494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1月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2月</w:t>
            </w:r>
          </w:p>
        </w:tc>
        <w:tc>
          <w:tcPr>
            <w:tcW w:type="dxa" w:w="40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val="544" w:hRule="atLeast"/>
        </w:trPr>
        <w:tc>
          <w:tcPr>
            <w:tcW w:type="dxa" w:w="1020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/>
                <w:color w:val="000000"/>
                <w:sz w:val="19"/>
              </w:rPr>
              <w:t>3月</w:t>
            </w:r>
          </w:p>
        </w:tc>
        <w:tc>
          <w:tcPr>
            <w:tcW w:type="dxa" w:w="4081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  <w:tc>
          <w:tcPr>
            <w:tcW w:type="dxa" w:w="3288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Noto Sans JP"/>
                <w:b w:val="0"/>
                <w:color w:val="000000"/>
                <w:sz w:val="16"/>
              </w:rPr>
              <w:t>0　 ├──┼──┤　100</w:t>
            </w:r>
          </w:p>
        </w:tc>
        <w:tc>
          <w:tcPr>
            <w:tcW w:type="dxa" w:w="2494"/>
            <w:tcBorders>
              <w:bottom w:val="single" w:sz="6" w:color="7F8C8D"/>
              <w:top w:val="single" w:sz="6" w:color="7F8C8D"/>
              <w:left w:val="single" w:sz="6" w:color="7F8C8D"/>
              <w:right w:val="single" w:sz="6" w:color="7F8C8D"/>
            </w:tcBorders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before="0" w:after="0" w:line="240" w:lineRule="auto"/>
            </w:pP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2"/>
        <w:gridCol w:w="4932"/>
      </w:tblGrid>
      <w:tr>
        <w:tc>
          <w:tcPr>
            <w:tcW w:type="dxa" w:w="5952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0" w:type="dxa"/>
              <w:bottom w:w="25" w:type="dxa"/>
              <w:end w:w="0" w:type="dxa"/>
            </w:tcMar>
          </w:tcPr>
          <w:p>
            <w:r>
              <w:rPr>
                <w:rFonts w:ascii="Arial" w:hAnsi="Arial" w:eastAsia="Noto Sans JP"/>
                <w:b/>
                <w:color w:val="000000"/>
                <w:sz w:val="19"/>
              </w:rPr>
              <w:t>D 【成長確認】価値ある成長</w:t>
            </w:r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0" w:type="dxa"/>
              <w:bottom w:w="25" w:type="dxa"/>
              <w:end w:w="0" w:type="dxa"/>
            </w:tcMar>
          </w:tcPr>
          <w:p>
            <w:r>
              <w:rPr>
                <w:rFonts w:ascii="Arial" w:hAnsi="Arial" w:eastAsia="Noto Sans JP"/>
                <w:b/>
                <w:color w:val="000000"/>
                <w:sz w:val="19"/>
              </w:rPr>
              <w:t>E 【自己研鑽】今後の予定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2"/>
        <w:gridCol w:w="4932"/>
      </w:tblGrid>
      <w:tr>
        <w:trPr>
          <w:trHeight w:val="850" w:hRule="atLeast"/>
        </w:trPr>
        <w:tc>
          <w:tcPr>
            <w:tcW w:type="dxa" w:w="59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9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40" w:after="0" w:line="240" w:lineRule="auto"/>
        <w:jc w:val="right"/>
      </w:pPr>
      <w:r>
        <w:rPr>
          <w:rFonts w:ascii="Arial" w:hAnsi="Arial" w:eastAsia="Noto Sans JP"/>
          <w:b w:val="0"/>
          <w:color w:val="555555"/>
          <w:sz w:val="15"/>
        </w:rPr>
        <w:t>出典：鈴木敏恵『課題解決力と論理的思考力が身につく プロジェクト学習の基本と手法』教育出版</w:t>
      </w:r>
    </w:p>
    <w:sectPr w:rsidR="00FC693F" w:rsidRPr="0006063C" w:rsidSect="00034616">
      <w:pgSz w:w="11906" w:h="16838"/>
      <w:pgMar w:top="340" w:right="510" w:bottom="340" w:left="51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JP" w:hAnsi="Noto Sans JP" w:eastAsia="Noto Sans JP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目標達成シート</dc:title>
  <dc:subject>プロジェクト学習の目標達成を計画し振り返るためのシート</dc:subject>
  <dc:creator>鈴木敏恵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